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55F96" w14:textId="77777777" w:rsidR="00470E89" w:rsidRDefault="002A1B55">
      <w:pPr>
        <w:pStyle w:val="Title"/>
        <w:jc w:val="center"/>
      </w:pPr>
      <w:r>
        <w:t>Monitoring Results Appeal Form</w:t>
      </w:r>
    </w:p>
    <w:p w14:paraId="11F0CC3F" w14:textId="77777777" w:rsidR="00470E89" w:rsidRDefault="002A1B55">
      <w:r>
        <w:t>Purpose: This form is required for Partner Agencies seeking reconsideration of monitoring findings issued by CSB. Appeals must be submitted within two (2) weeks of the Final Monitoring Report and must include justification and supporting documentation.</w:t>
      </w:r>
    </w:p>
    <w:p w14:paraId="5DD83CB1" w14:textId="77777777" w:rsidR="00470E89" w:rsidRDefault="002A1B55">
      <w:pPr>
        <w:pStyle w:val="Heading1"/>
      </w:pPr>
      <w:r>
        <w:t>Section 1: Partner Agency Information</w:t>
      </w:r>
    </w:p>
    <w:p w14:paraId="4B9D27CB" w14:textId="77777777" w:rsidR="00470E89" w:rsidRDefault="002A1B55">
      <w:r>
        <w:rPr>
          <w:b/>
        </w:rPr>
        <w:t>Agency Name: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64BACB7B" w14:textId="77777777" w:rsidTr="00D154D1">
        <w:tc>
          <w:tcPr>
            <w:tcW w:w="8640" w:type="dxa"/>
          </w:tcPr>
          <w:p w14:paraId="670C7A40" w14:textId="77777777" w:rsidR="00470E89" w:rsidRDefault="002A1B55">
            <w:r>
              <w:t xml:space="preserve"> </w:t>
            </w:r>
          </w:p>
        </w:tc>
      </w:tr>
    </w:tbl>
    <w:p w14:paraId="6D1D0C8A" w14:textId="77777777" w:rsidR="00470E89" w:rsidRDefault="00470E89"/>
    <w:p w14:paraId="0E7708B1" w14:textId="77777777" w:rsidR="00470E89" w:rsidRDefault="002A1B55">
      <w:r>
        <w:rPr>
          <w:b/>
        </w:rPr>
        <w:t>Program Name(s):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E0CEEAB" w14:textId="77777777" w:rsidTr="00D154D1">
        <w:tc>
          <w:tcPr>
            <w:tcW w:w="8640" w:type="dxa"/>
          </w:tcPr>
          <w:p w14:paraId="079519D7" w14:textId="77777777" w:rsidR="00470E89" w:rsidRDefault="002A1B55">
            <w:r>
              <w:t xml:space="preserve"> </w:t>
            </w:r>
          </w:p>
        </w:tc>
      </w:tr>
    </w:tbl>
    <w:p w14:paraId="512D24B5" w14:textId="77777777" w:rsidR="00470E89" w:rsidRDefault="00470E89"/>
    <w:p w14:paraId="4BE62711" w14:textId="77777777" w:rsidR="00470E89" w:rsidRDefault="002A1B55">
      <w:r>
        <w:rPr>
          <w:b/>
        </w:rPr>
        <w:t>Primary Contact Name: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576B140B" w14:textId="77777777" w:rsidTr="00D154D1">
        <w:tc>
          <w:tcPr>
            <w:tcW w:w="8640" w:type="dxa"/>
          </w:tcPr>
          <w:p w14:paraId="5775A5EB" w14:textId="77777777" w:rsidR="00470E89" w:rsidRDefault="002A1B55">
            <w:r>
              <w:t xml:space="preserve"> </w:t>
            </w:r>
          </w:p>
        </w:tc>
      </w:tr>
    </w:tbl>
    <w:p w14:paraId="41ECC482" w14:textId="77777777" w:rsidR="00470E89" w:rsidRDefault="00470E89"/>
    <w:p w14:paraId="333B9940" w14:textId="77777777" w:rsidR="00470E89" w:rsidRDefault="002A1B55">
      <w:r>
        <w:rPr>
          <w:b/>
        </w:rPr>
        <w:t>Title: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27DD109B" w14:textId="77777777" w:rsidTr="00D154D1">
        <w:tc>
          <w:tcPr>
            <w:tcW w:w="8640" w:type="dxa"/>
          </w:tcPr>
          <w:p w14:paraId="107306EB" w14:textId="77777777" w:rsidR="00470E89" w:rsidRDefault="002A1B55">
            <w:r>
              <w:t xml:space="preserve"> </w:t>
            </w:r>
          </w:p>
        </w:tc>
      </w:tr>
    </w:tbl>
    <w:p w14:paraId="66D2DCBA" w14:textId="77777777" w:rsidR="00470E89" w:rsidRDefault="00470E89"/>
    <w:p w14:paraId="426AC448" w14:textId="77777777" w:rsidR="00470E89" w:rsidRDefault="002A1B55">
      <w:r>
        <w:rPr>
          <w:b/>
        </w:rPr>
        <w:t>Email Address: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27585C45" w14:textId="77777777" w:rsidTr="00D154D1">
        <w:tc>
          <w:tcPr>
            <w:tcW w:w="8640" w:type="dxa"/>
          </w:tcPr>
          <w:p w14:paraId="14F8C989" w14:textId="77777777" w:rsidR="00470E89" w:rsidRDefault="002A1B55">
            <w:r>
              <w:t xml:space="preserve"> </w:t>
            </w:r>
          </w:p>
        </w:tc>
      </w:tr>
    </w:tbl>
    <w:p w14:paraId="03D89232" w14:textId="77777777" w:rsidR="00470E89" w:rsidRDefault="00470E89"/>
    <w:p w14:paraId="266D3473" w14:textId="77777777" w:rsidR="00470E89" w:rsidRDefault="002A1B55">
      <w:r>
        <w:rPr>
          <w:b/>
        </w:rPr>
        <w:t>Phone Number:</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F94BF22" w14:textId="77777777" w:rsidTr="00D154D1">
        <w:tc>
          <w:tcPr>
            <w:tcW w:w="8640" w:type="dxa"/>
          </w:tcPr>
          <w:p w14:paraId="4681E0AA" w14:textId="77777777" w:rsidR="00470E89" w:rsidRDefault="002A1B55">
            <w:r>
              <w:t xml:space="preserve"> </w:t>
            </w:r>
          </w:p>
        </w:tc>
      </w:tr>
    </w:tbl>
    <w:p w14:paraId="08757257" w14:textId="77777777" w:rsidR="00470E89" w:rsidRDefault="00470E89"/>
    <w:p w14:paraId="1CB0382B" w14:textId="77777777" w:rsidR="00470E89" w:rsidRDefault="002A1B55">
      <w:pPr>
        <w:pStyle w:val="Heading1"/>
      </w:pPr>
      <w:r>
        <w:lastRenderedPageBreak/>
        <w:t>Section 2: Monitoring Report Information</w:t>
      </w:r>
    </w:p>
    <w:p w14:paraId="2F6784D1" w14:textId="77777777" w:rsidR="00470E89" w:rsidRDefault="002A1B55">
      <w:r>
        <w:rPr>
          <w:b/>
        </w:rPr>
        <w:t>Monitoring Period:</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266CD53E" w14:textId="77777777" w:rsidTr="00D154D1">
        <w:tc>
          <w:tcPr>
            <w:tcW w:w="8640" w:type="dxa"/>
          </w:tcPr>
          <w:p w14:paraId="315F0C6F" w14:textId="77777777" w:rsidR="00470E89" w:rsidRDefault="002A1B55">
            <w:r>
              <w:t xml:space="preserve"> </w:t>
            </w:r>
          </w:p>
        </w:tc>
      </w:tr>
    </w:tbl>
    <w:p w14:paraId="383D79F9" w14:textId="77777777" w:rsidR="00470E89" w:rsidRDefault="00470E89"/>
    <w:p w14:paraId="297D261E" w14:textId="77777777" w:rsidR="00470E89" w:rsidRDefault="002A1B55">
      <w:r>
        <w:rPr>
          <w:b/>
        </w:rPr>
        <w:t>Date Final Monitoring Report Issued:</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51E8DF98" w14:textId="77777777" w:rsidTr="00D154D1">
        <w:tc>
          <w:tcPr>
            <w:tcW w:w="8640" w:type="dxa"/>
          </w:tcPr>
          <w:p w14:paraId="412C0C83" w14:textId="77777777" w:rsidR="00470E89" w:rsidRDefault="002A1B55">
            <w:r>
              <w:t xml:space="preserve"> </w:t>
            </w:r>
          </w:p>
        </w:tc>
      </w:tr>
    </w:tbl>
    <w:p w14:paraId="6DD6BA89" w14:textId="77777777" w:rsidR="00470E89" w:rsidRDefault="00470E89"/>
    <w:p w14:paraId="61BEFE52" w14:textId="77777777" w:rsidR="00470E89" w:rsidRDefault="002A1B55">
      <w:r>
        <w:rPr>
          <w:b/>
        </w:rPr>
        <w:t>CSB Reviewer(s):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55AE476" w14:textId="77777777" w:rsidTr="00D154D1">
        <w:tc>
          <w:tcPr>
            <w:tcW w:w="8640" w:type="dxa"/>
          </w:tcPr>
          <w:p w14:paraId="772F86FF" w14:textId="77777777" w:rsidR="00470E89" w:rsidRDefault="002A1B55">
            <w:r>
              <w:t xml:space="preserve"> </w:t>
            </w:r>
          </w:p>
        </w:tc>
      </w:tr>
    </w:tbl>
    <w:p w14:paraId="3AFB7E93" w14:textId="77777777" w:rsidR="00470E89" w:rsidRDefault="00470E89"/>
    <w:p w14:paraId="5D33A30B" w14:textId="77777777" w:rsidR="00470E89" w:rsidRDefault="002A1B55">
      <w:pPr>
        <w:pStyle w:val="Heading1"/>
      </w:pPr>
      <w:r>
        <w:t>Section 3: Appeal of Findings</w:t>
      </w:r>
    </w:p>
    <w:p w14:paraId="2102CE71" w14:textId="77777777" w:rsidR="00470E89" w:rsidRDefault="002A1B55">
      <w:r>
        <w:t>For each finding, include reference to applicable regulations and explanation.</w:t>
      </w:r>
    </w:p>
    <w:p w14:paraId="03B678AE" w14:textId="77777777" w:rsidR="00470E89" w:rsidRDefault="002A1B55">
      <w:r>
        <w:rPr>
          <w:b/>
        </w:rPr>
        <w:t>Finding(s) Being Appealed:</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635AADA6" w14:textId="77777777" w:rsidTr="00D154D1">
        <w:tc>
          <w:tcPr>
            <w:tcW w:w="8640" w:type="dxa"/>
          </w:tcPr>
          <w:p w14:paraId="0A406476" w14:textId="77777777" w:rsidR="00470E89" w:rsidRDefault="002A1B55">
            <w:r>
              <w:t xml:space="preserve"> </w:t>
            </w:r>
          </w:p>
        </w:tc>
      </w:tr>
    </w:tbl>
    <w:p w14:paraId="28C4AEA5" w14:textId="77777777" w:rsidR="00470E89" w:rsidRDefault="00470E89"/>
    <w:p w14:paraId="1C6CB4A7" w14:textId="77777777" w:rsidR="00470E89" w:rsidRDefault="002A1B55">
      <w:r>
        <w:rPr>
          <w:b/>
        </w:rPr>
        <w:t>Detailed Justification:</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2DEFDBC" w14:textId="77777777" w:rsidTr="00D154D1">
        <w:tc>
          <w:tcPr>
            <w:tcW w:w="8640" w:type="dxa"/>
          </w:tcPr>
          <w:p w14:paraId="115B33CD" w14:textId="77777777" w:rsidR="00470E89" w:rsidRDefault="002A1B55">
            <w:r>
              <w:t xml:space="preserve"> </w:t>
            </w:r>
          </w:p>
        </w:tc>
      </w:tr>
    </w:tbl>
    <w:p w14:paraId="6FB91353" w14:textId="77777777" w:rsidR="00470E89" w:rsidRDefault="00470E89"/>
    <w:p w14:paraId="2A274513" w14:textId="77777777" w:rsidR="00470E89" w:rsidRDefault="002A1B55">
      <w:pPr>
        <w:pStyle w:val="Heading1"/>
      </w:pPr>
      <w:r>
        <w:t>Section 4: Supporting Documentation</w:t>
      </w:r>
    </w:p>
    <w:p w14:paraId="3F91AF5C" w14:textId="77777777" w:rsidR="00470E89" w:rsidRDefault="002A1B55">
      <w:r>
        <w:rPr>
          <w:b/>
        </w:rPr>
        <w:t>Description of Supporting Documentation:</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2BC00CA" w14:textId="77777777" w:rsidTr="00D154D1">
        <w:tc>
          <w:tcPr>
            <w:tcW w:w="8640" w:type="dxa"/>
          </w:tcPr>
          <w:p w14:paraId="530144DF" w14:textId="77777777" w:rsidR="00470E89" w:rsidRDefault="002A1B55">
            <w:r>
              <w:t xml:space="preserve"> </w:t>
            </w:r>
          </w:p>
        </w:tc>
      </w:tr>
    </w:tbl>
    <w:p w14:paraId="31774729" w14:textId="77777777" w:rsidR="00470E89" w:rsidRDefault="00470E89"/>
    <w:p w14:paraId="47F1BA73" w14:textId="77777777" w:rsidR="00470E89" w:rsidRDefault="002A1B55">
      <w:r>
        <w:rPr>
          <w:b/>
        </w:rPr>
        <w:t>List of Attachments: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23C35BCA" w14:textId="77777777" w:rsidTr="00D154D1">
        <w:tc>
          <w:tcPr>
            <w:tcW w:w="8640" w:type="dxa"/>
          </w:tcPr>
          <w:p w14:paraId="1F8A9D5A" w14:textId="77777777" w:rsidR="00470E89" w:rsidRDefault="002A1B55">
            <w:r>
              <w:t xml:space="preserve"> </w:t>
            </w:r>
          </w:p>
        </w:tc>
      </w:tr>
    </w:tbl>
    <w:p w14:paraId="18A522E9" w14:textId="77777777" w:rsidR="00470E89" w:rsidRDefault="00470E89"/>
    <w:p w14:paraId="123905E9" w14:textId="77777777" w:rsidR="00470E89" w:rsidRDefault="002A1B55">
      <w:pPr>
        <w:pStyle w:val="Heading1"/>
      </w:pPr>
      <w:r>
        <w:t>Section 5: Requested Resolution</w:t>
      </w:r>
    </w:p>
    <w:p w14:paraId="30A47724" w14:textId="77777777" w:rsidR="00470E89" w:rsidRDefault="002A1B55">
      <w:r>
        <w:rPr>
          <w:b/>
        </w:rPr>
        <w:t>Requested Outcome: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0788F185" w14:textId="77777777" w:rsidTr="00D154D1">
        <w:tc>
          <w:tcPr>
            <w:tcW w:w="8640" w:type="dxa"/>
          </w:tcPr>
          <w:p w14:paraId="307B5C19" w14:textId="77777777" w:rsidR="00470E89" w:rsidRDefault="002A1B55">
            <w:r>
              <w:t xml:space="preserve"> </w:t>
            </w:r>
          </w:p>
        </w:tc>
      </w:tr>
    </w:tbl>
    <w:p w14:paraId="2BA624E7" w14:textId="77777777" w:rsidR="00470E89" w:rsidRDefault="00470E89"/>
    <w:p w14:paraId="1FE2847E" w14:textId="77777777" w:rsidR="00470E89" w:rsidRDefault="002A1B55">
      <w:pPr>
        <w:pStyle w:val="Heading1"/>
      </w:pPr>
      <w:r>
        <w:t>Section 6: Certification</w:t>
      </w:r>
    </w:p>
    <w:p w14:paraId="50018FB1" w14:textId="77777777" w:rsidR="00470E89" w:rsidRDefault="002A1B55">
      <w:r>
        <w:rPr>
          <w:b/>
        </w:rPr>
        <w:t>Authorized Representative Name: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BC522B8" w14:textId="77777777" w:rsidTr="00D154D1">
        <w:tc>
          <w:tcPr>
            <w:tcW w:w="8640" w:type="dxa"/>
          </w:tcPr>
          <w:p w14:paraId="66F262CC" w14:textId="77777777" w:rsidR="00470E89" w:rsidRDefault="002A1B55">
            <w:r>
              <w:t xml:space="preserve"> </w:t>
            </w:r>
          </w:p>
        </w:tc>
      </w:tr>
    </w:tbl>
    <w:p w14:paraId="54D1DB4A" w14:textId="77777777" w:rsidR="00470E89" w:rsidRDefault="00470E89"/>
    <w:p w14:paraId="11D675D6" w14:textId="77777777" w:rsidR="00470E89" w:rsidRDefault="002A1B55">
      <w:r>
        <w:rPr>
          <w:b/>
        </w:rPr>
        <w:t>Title: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3F42D090" w14:textId="77777777" w:rsidTr="00D154D1">
        <w:tc>
          <w:tcPr>
            <w:tcW w:w="8640" w:type="dxa"/>
          </w:tcPr>
          <w:p w14:paraId="6B733EF3" w14:textId="77777777" w:rsidR="00470E89" w:rsidRDefault="002A1B55">
            <w:r>
              <w:t xml:space="preserve"> </w:t>
            </w:r>
          </w:p>
        </w:tc>
      </w:tr>
    </w:tbl>
    <w:p w14:paraId="0147E787" w14:textId="77777777" w:rsidR="00470E89" w:rsidRDefault="00470E89"/>
    <w:p w14:paraId="109B3EA4" w14:textId="77777777" w:rsidR="00470E89" w:rsidRDefault="002A1B55">
      <w:r>
        <w:rPr>
          <w:b/>
        </w:rPr>
        <w:t>Date: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6868C848" w14:textId="77777777" w:rsidTr="00D154D1">
        <w:tc>
          <w:tcPr>
            <w:tcW w:w="8640" w:type="dxa"/>
          </w:tcPr>
          <w:p w14:paraId="2EBECA6F" w14:textId="77777777" w:rsidR="00470E89" w:rsidRDefault="002A1B55">
            <w:r>
              <w:t xml:space="preserve"> </w:t>
            </w:r>
          </w:p>
        </w:tc>
      </w:tr>
    </w:tbl>
    <w:p w14:paraId="16D868B2" w14:textId="77777777" w:rsidR="00470E89" w:rsidRDefault="00470E89"/>
    <w:p w14:paraId="073535C8" w14:textId="77777777" w:rsidR="00470E89" w:rsidRDefault="002A1B55">
      <w:pPr>
        <w:pStyle w:val="Heading1"/>
      </w:pPr>
      <w:r>
        <w:t>Section 7: CSB Internal Use Only</w:t>
      </w:r>
    </w:p>
    <w:p w14:paraId="1F5CE737" w14:textId="77777777" w:rsidR="00470E89" w:rsidRDefault="002A1B55">
      <w:r>
        <w:rPr>
          <w:b/>
        </w:rPr>
        <w:t>Appeal Received Date: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1F802936" w14:textId="77777777" w:rsidTr="00D154D1">
        <w:tc>
          <w:tcPr>
            <w:tcW w:w="8640" w:type="dxa"/>
          </w:tcPr>
          <w:p w14:paraId="4A1EED3D" w14:textId="77777777" w:rsidR="00470E89" w:rsidRDefault="002A1B55">
            <w:r>
              <w:t xml:space="preserve"> </w:t>
            </w:r>
          </w:p>
        </w:tc>
      </w:tr>
    </w:tbl>
    <w:p w14:paraId="12B9AD40" w14:textId="77777777" w:rsidR="00470E89" w:rsidRDefault="00470E89"/>
    <w:p w14:paraId="78381F4D" w14:textId="77777777" w:rsidR="00470E89" w:rsidRDefault="002A1B55">
      <w:r>
        <w:rPr>
          <w:b/>
        </w:rPr>
        <w:t>Reviewer Assigned:</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0BD48471" w14:textId="77777777" w:rsidTr="00D154D1">
        <w:tc>
          <w:tcPr>
            <w:tcW w:w="8640" w:type="dxa"/>
          </w:tcPr>
          <w:p w14:paraId="1C15CFE0" w14:textId="77777777" w:rsidR="00470E89" w:rsidRDefault="002A1B55">
            <w:r>
              <w:t xml:space="preserve"> </w:t>
            </w:r>
          </w:p>
        </w:tc>
      </w:tr>
    </w:tbl>
    <w:p w14:paraId="72E9A223" w14:textId="77777777" w:rsidR="00470E89" w:rsidRDefault="00470E89"/>
    <w:p w14:paraId="07FE16AC" w14:textId="77777777" w:rsidR="00470E89" w:rsidRDefault="002A1B55">
      <w:r>
        <w:rPr>
          <w:b/>
        </w:rPr>
        <w:t>Determination:</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76D31389" w14:textId="77777777" w:rsidTr="00D154D1">
        <w:tc>
          <w:tcPr>
            <w:tcW w:w="8640" w:type="dxa"/>
          </w:tcPr>
          <w:p w14:paraId="39B88500" w14:textId="77777777" w:rsidR="00470E89" w:rsidRDefault="002A1B55">
            <w:r>
              <w:lastRenderedPageBreak/>
              <w:t xml:space="preserve"> </w:t>
            </w:r>
          </w:p>
        </w:tc>
      </w:tr>
    </w:tbl>
    <w:p w14:paraId="1AA15400" w14:textId="77777777" w:rsidR="00470E89" w:rsidRDefault="00470E89"/>
    <w:p w14:paraId="3A2046C3" w14:textId="77777777" w:rsidR="00470E89" w:rsidRDefault="002A1B55">
      <w:r>
        <w:rPr>
          <w:b/>
        </w:rPr>
        <w:t>Summary of Decision:</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68378F5B" w14:textId="77777777" w:rsidTr="00D154D1">
        <w:tc>
          <w:tcPr>
            <w:tcW w:w="8640" w:type="dxa"/>
          </w:tcPr>
          <w:p w14:paraId="03477A9D" w14:textId="77777777" w:rsidR="00470E89" w:rsidRDefault="002A1B55">
            <w:r>
              <w:t xml:space="preserve"> </w:t>
            </w:r>
          </w:p>
        </w:tc>
      </w:tr>
    </w:tbl>
    <w:p w14:paraId="36838A5A" w14:textId="77777777" w:rsidR="00470E89" w:rsidRDefault="00470E89"/>
    <w:p w14:paraId="6F5F6593" w14:textId="77777777" w:rsidR="00470E89" w:rsidRDefault="002A1B55">
      <w:r>
        <w:rPr>
          <w:b/>
        </w:rPr>
        <w:t>Date Closed:</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0"/>
      </w:tblGrid>
      <w:tr w:rsidR="00470E89" w14:paraId="6367AF2D" w14:textId="77777777" w:rsidTr="00D154D1">
        <w:tc>
          <w:tcPr>
            <w:tcW w:w="8640" w:type="dxa"/>
          </w:tcPr>
          <w:p w14:paraId="39C8B229" w14:textId="77777777" w:rsidR="00470E89" w:rsidRDefault="002A1B55">
            <w:r>
              <w:t xml:space="preserve"> </w:t>
            </w:r>
          </w:p>
        </w:tc>
      </w:tr>
    </w:tbl>
    <w:p w14:paraId="1BB83AD9" w14:textId="77777777" w:rsidR="00470E89" w:rsidRDefault="00470E89"/>
    <w:sectPr w:rsidR="00470E89"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B1C43" w14:textId="77777777" w:rsidR="002A1B55" w:rsidRDefault="002A1B55">
      <w:pPr>
        <w:spacing w:after="0" w:line="240" w:lineRule="auto"/>
      </w:pPr>
      <w:r>
        <w:separator/>
      </w:r>
    </w:p>
  </w:endnote>
  <w:endnote w:type="continuationSeparator" w:id="0">
    <w:p w14:paraId="5F258ED9" w14:textId="77777777" w:rsidR="002A1B55" w:rsidRDefault="002A1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A82A1" w14:textId="77777777" w:rsidR="00470E89" w:rsidRDefault="002A1B55">
    <w:pPr>
      <w:pStyle w:val="Footer"/>
      <w:jc w:val="center"/>
    </w:pPr>
    <w:r>
      <w:t>CSB PR&amp;C | Confidential | FY26 Monitoring Cycle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EE2EE" w14:textId="77777777" w:rsidR="002A1B55" w:rsidRDefault="002A1B55">
      <w:pPr>
        <w:spacing w:after="0" w:line="240" w:lineRule="auto"/>
      </w:pPr>
      <w:r>
        <w:separator/>
      </w:r>
    </w:p>
  </w:footnote>
  <w:footnote w:type="continuationSeparator" w:id="0">
    <w:p w14:paraId="4AD1BF85" w14:textId="77777777" w:rsidR="002A1B55" w:rsidRDefault="002A1B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CE1603" w14:paraId="115CB634" w14:textId="77777777" w:rsidTr="00CE1603">
      <w:tc>
        <w:tcPr>
          <w:tcW w:w="8856" w:type="dxa"/>
          <w:vAlign w:val="center"/>
        </w:tcPr>
        <w:p w14:paraId="1B406B2F" w14:textId="07C98BF6" w:rsidR="00CE1603" w:rsidRDefault="00CE1603" w:rsidP="00CE1603">
          <w:pPr>
            <w:pStyle w:val="Header"/>
            <w:jc w:val="center"/>
          </w:pPr>
          <w:r>
            <w:t>CSB | Monitoring Results Appeal Form</w:t>
          </w:r>
          <w:r>
            <w:t xml:space="preserve">                                                                                        </w:t>
          </w:r>
          <w:r>
            <w:rPr>
              <w:noProof/>
            </w:rPr>
            <w:drawing>
              <wp:inline distT="0" distB="0" distL="0" distR="0" wp14:anchorId="206C4B06" wp14:editId="1DEB18AD">
                <wp:extent cx="687681" cy="485422"/>
                <wp:effectExtent l="0" t="0" r="0" b="0"/>
                <wp:docPr id="21309229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22943" name="Picture 2130922943"/>
                        <pic:cNvPicPr/>
                      </pic:nvPicPr>
                      <pic:blipFill>
                        <a:blip r:embed="rId1"/>
                        <a:stretch>
                          <a:fillRect/>
                        </a:stretch>
                      </pic:blipFill>
                      <pic:spPr>
                        <a:xfrm>
                          <a:off x="0" y="0"/>
                          <a:ext cx="732738" cy="517227"/>
                        </a:xfrm>
                        <a:prstGeom prst="rect">
                          <a:avLst/>
                        </a:prstGeom>
                      </pic:spPr>
                    </pic:pic>
                  </a:graphicData>
                </a:graphic>
              </wp:inline>
            </w:drawing>
          </w:r>
        </w:p>
      </w:tc>
    </w:tr>
  </w:tbl>
  <w:p w14:paraId="3AA29659" w14:textId="1F2B87BB" w:rsidR="00470E89" w:rsidRDefault="00CE1603">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1683268">
    <w:abstractNumId w:val="8"/>
  </w:num>
  <w:num w:numId="2" w16cid:durableId="1629239436">
    <w:abstractNumId w:val="6"/>
  </w:num>
  <w:num w:numId="3" w16cid:durableId="756291586">
    <w:abstractNumId w:val="5"/>
  </w:num>
  <w:num w:numId="4" w16cid:durableId="1237090021">
    <w:abstractNumId w:val="4"/>
  </w:num>
  <w:num w:numId="5" w16cid:durableId="1102190317">
    <w:abstractNumId w:val="7"/>
  </w:num>
  <w:num w:numId="6" w16cid:durableId="829562142">
    <w:abstractNumId w:val="3"/>
  </w:num>
  <w:num w:numId="7" w16cid:durableId="2039623116">
    <w:abstractNumId w:val="2"/>
  </w:num>
  <w:num w:numId="8" w16cid:durableId="835339919">
    <w:abstractNumId w:val="1"/>
  </w:num>
  <w:num w:numId="9" w16cid:durableId="1966226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A1B55"/>
    <w:rsid w:val="003039DB"/>
    <w:rsid w:val="00326F90"/>
    <w:rsid w:val="00470E89"/>
    <w:rsid w:val="00AA1D8D"/>
    <w:rsid w:val="00AC118A"/>
    <w:rsid w:val="00B47730"/>
    <w:rsid w:val="00CB0664"/>
    <w:rsid w:val="00CE1603"/>
    <w:rsid w:val="00D154D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062061"/>
  <w14:defaultImageDpi w14:val="300"/>
  <w15:docId w15:val="{9DFE80D1-C224-4BB4-922C-89F66B251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3" ma:contentTypeDescription="Create a new document." ma:contentTypeScope="" ma:versionID="5f8bcf2787caddf30c0e66f62c573af7">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6b92157197ef5da41a2d0276a52a5b75"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WWC"/>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pprovalAssignedTo xmlns="986c77e2-f583-4761-9422-c4a8c3822a91">
      <UserInfo>
        <DisplayName/>
        <AccountId xsi:nil="true"/>
        <AccountType/>
      </UserInfo>
    </_ApprovalAssignedTo>
    <_ApprovalSentBy xmlns="986c77e2-f583-4761-9422-c4a8c3822a91">
      <UserInfo>
        <DisplayName/>
        <AccountId xsi:nil="true"/>
        <AccountType/>
      </UserInfo>
    </_ApprovalSentBy>
    <FileLink xmlns="986c77e2-f583-4761-9422-c4a8c3822a91">
      <Url xsi:nil="true"/>
      <Description xsi:nil="true"/>
    </FileLink>
    <_ApprovalStatus xmlns="986c77e2-f583-4761-9422-c4a8c3822a91">0</_ApprovalStatus>
    <FolderLink xmlns="986c77e2-f583-4761-9422-c4a8c3822a91">
      <Url xsi:nil="true"/>
      <Description xsi:nil="true"/>
    </FolderLink>
    <_Flow_SignoffStatus xmlns="986c77e2-f583-4761-9422-c4a8c3822a91" xsi:nil="true"/>
    <GrantType xmlns="986c77e2-f583-4761-9422-c4a8c3822a91" xsi:nil="true"/>
    <_ApprovalRespondedBy xmlns="986c77e2-f583-4761-9422-c4a8c3822a91">
      <UserInfo>
        <DisplayName/>
        <AccountId xsi:nil="true"/>
        <AccountType/>
      </UserInfo>
    </_ApprovalRespondedBy>
    <lcf76f155ced4ddcb4097134ff3c332f xmlns="986c77e2-f583-4761-9422-c4a8c3822a91">
      <Terms xmlns="http://schemas.microsoft.com/office/infopath/2007/PartnerControls"/>
    </lcf76f155ced4ddcb4097134ff3c332f>
    <TaxCatchAll xmlns="12cce96a-a668-421b-8e44-7b715bbd1efd" xsi:nil="true"/>
    <Status xmlns="986c77e2-f583-4761-9422-c4a8c3822a91" xsi:nil="true"/>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D9BDA015-8E99-4036-850B-CF79A17EFAA2}"/>
</file>

<file path=customXml/itemProps3.xml><?xml version="1.0" encoding="utf-8"?>
<ds:datastoreItem xmlns:ds="http://schemas.openxmlformats.org/officeDocument/2006/customXml" ds:itemID="{BAFE5649-E2A7-4B4B-88F1-90329936C8F7}"/>
</file>

<file path=customXml/itemProps4.xml><?xml version="1.0" encoding="utf-8"?>
<ds:datastoreItem xmlns:ds="http://schemas.openxmlformats.org/officeDocument/2006/customXml" ds:itemID="{B54DC347-DD75-490F-8AFA-FB45A46D783F}"/>
</file>

<file path=docProps/app.xml><?xml version="1.0" encoding="utf-8"?>
<Properties xmlns="http://schemas.openxmlformats.org/officeDocument/2006/extended-properties" xmlns:vt="http://schemas.openxmlformats.org/officeDocument/2006/docPropsVTypes">
  <Template>Normal</Template>
  <TotalTime>9</TotalTime>
  <Pages>4</Pages>
  <Words>166</Words>
  <Characters>948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Timothy Mercer</cp:lastModifiedBy>
  <cp:revision>4</cp:revision>
  <dcterms:created xsi:type="dcterms:W3CDTF">2013-12-23T23:15:00Z</dcterms:created>
  <dcterms:modified xsi:type="dcterms:W3CDTF">2026-04-06T16:47:00Z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0x010100D55744656D4F3242BEE8A2BDAE3EE489</vt:lpwstr>
  </property>
  <property fmtid="{D5CDD505-2E9C-101B-9397-08002B2CF9AE}" pid="3" name="MediaServiceImageTags">
    <vt:lpwstr/>
  </property>
</Properties>
</file>